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職務経歴書</w:t>
      </w:r>
    </w:p>
    <w:p>
      <w:r>
        <w:t>［提出年月日］現在　　氏名：［氏名］</w:t>
      </w:r>
    </w:p>
    <w:p>
      <w:pPr>
        <w:pStyle w:val="Heading1"/>
      </w:pPr>
      <w:r>
        <w:t>職務要約</w:t>
      </w:r>
    </w:p>
    <w:p>
      <w:r>
        <w:t>［業界・職種］で［経験年数］年の経験。直近は［役職］として［組織規模・担当領域］を担当し、［責任範囲］を担った。［課題］に対して［自分が主導した施策］を進め、［確認できる成果・変化］につなげた。［応募先でも生かせる能力］を強みとする。</w:t>
      </w:r>
    </w:p>
    <w:p>
      <w:pPr>
        <w:pStyle w:val="Heading1"/>
      </w:pPr>
      <w:r>
        <w:t>活かせる経験・スキル</w:t>
      </w:r>
    </w:p>
    <w:p>
      <w:r>
        <w:t>経営・組織運営：［事業計画、予算、採用、育成など、実際に担当した範囲］</w:t>
      </w:r>
    </w:p>
    <w:p>
      <w:r>
        <w:t>担当規模：［人数・部門・地域・予算規模など、開示可能な範囲］</w:t>
      </w:r>
    </w:p>
    <w:p>
      <w:r>
        <w:t>専門性：［業界知識、技術、資格、業務改善など］</w:t>
      </w:r>
    </w:p>
    <w:p>
      <w:pPr>
        <w:pStyle w:val="Heading1"/>
      </w:pPr>
      <w:r>
        <w:t>職務経歴</w:t>
      </w:r>
    </w:p>
    <w:p>
      <w:r>
        <w:t>［入社年月］〜［退社年月／現在］　［会社名］</w:t>
      </w:r>
    </w:p>
    <w:p>
      <w:r>
        <w:t>事業内容：［事業概要］　企業規模：［開示可能な従業員数・売上規模など］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01"/>
        <w:gridCol w:w="7937"/>
      </w:tblGrid>
      <w:tr>
        <w:trPr>
          <w:cantSplit/>
        </w:trPr>
        <w:tc>
          <w:tcPr>
            <w:tcW w:type="dxa" w:w="1701"/>
          </w:tcPr>
          <w:p>
            <w:r>
              <w:t>所属・役職</w:t>
            </w:r>
          </w:p>
        </w:tc>
        <w:tc>
          <w:tcPr>
            <w:tcW w:type="dxa" w:w="7937"/>
          </w:tcPr>
          <w:p>
            <w:r>
              <w:t>［部門・役職・在任期間］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t>責任範囲</w:t>
            </w:r>
          </w:p>
        </w:tc>
        <w:tc>
          <w:tcPr>
            <w:tcW w:type="dxa" w:w="7937"/>
          </w:tcPr>
          <w:p>
            <w:r>
              <w:t>［組織人数、予算、決裁範囲、人事評価の対象・権限］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t>主な業務</w:t>
            </w:r>
          </w:p>
        </w:tc>
        <w:tc>
          <w:tcPr>
            <w:tcW w:type="dxa" w:w="7937"/>
          </w:tcPr>
          <w:p>
            <w:r>
              <w:t>［自分が継続的に担った業務］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t>課題</w:t>
            </w:r>
          </w:p>
        </w:tc>
        <w:tc>
          <w:tcPr>
            <w:tcW w:type="dxa" w:w="7937"/>
          </w:tcPr>
          <w:p>
            <w:r>
              <w:t>［着任時の状態・制約・解決すべき問題］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t>本人の役割</w:t>
            </w:r>
          </w:p>
        </w:tc>
        <w:tc>
          <w:tcPr>
            <w:tcW w:type="dxa" w:w="7937"/>
          </w:tcPr>
          <w:p>
            <w:r>
              <w:t>［自分で決めたこと、提案したこと、承認者との分担］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t>施策</w:t>
            </w:r>
          </w:p>
        </w:tc>
        <w:tc>
          <w:tcPr>
            <w:tcW w:type="dxa" w:w="7937"/>
          </w:tcPr>
          <w:p>
            <w:r>
              <w:t>［比較した選択肢、選んだ理由、実行・調整したこと］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t>成果・検証</w:t>
            </w:r>
          </w:p>
        </w:tc>
        <w:tc>
          <w:tcPr>
            <w:tcW w:type="dxa" w:w="7937"/>
          </w:tcPr>
          <w:p>
            <w:r>
              <w:t>［期間・対象・比較基準・数値または状態の変化］</w:t>
              <w:br/>
              <w:t>［チームの成果と本人の貢献、残った課題］</w:t>
            </w:r>
          </w:p>
        </w:tc>
      </w:tr>
    </w:tbl>
    <w:p>
      <w:r>
        <w:br w:type="page"/>
      </w:r>
    </w:p>
    <w:p>
      <w:pPr>
        <w:pStyle w:val="Heading1"/>
      </w:pPr>
      <w:r>
        <w:t>職務経歴（続き）</w:t>
      </w:r>
    </w:p>
    <w:p>
      <w:r>
        <w:t>［期間］　［会社・部門・役職］</w:t>
      </w:r>
    </w:p>
    <w:p>
      <w:r>
        <w:t>［応募先に関係する過去の経歴を記載。直近と同じ項目で詳しく書く場合は、前ページの表を複製してください。］</w:t>
      </w:r>
    </w:p>
    <w:p>
      <w:r>
        <w:t>［責任範囲／主な業務／課題／本人の役割／施策／成果］</w:t>
      </w:r>
    </w:p>
    <w:p>
      <w:pPr>
        <w:pStyle w:val="Heading1"/>
      </w:pPr>
      <w:r>
        <w:t>自己PR</w:t>
      </w:r>
    </w:p>
    <w:p>
      <w:r>
        <w:t>［見出し：応募先の課題に結び付く強み］</w:t>
      </w:r>
    </w:p>
    <w:p>
      <w:r>
        <w:t>［どのような課題を解決できるか］を強みとしています。［具体的な状況］において、［判断したこと・関係者を巻き込んだ方法・仕組みにしたこと］を実行しました。その結果、［確認できる成果］につながりました。［応募先の課題］に対して、［再現できる行動・貢献］を生かしたいと考えています。</w:t>
      </w:r>
    </w:p>
    <w:p>
      <w:pPr>
        <w:pStyle w:val="Heading1"/>
      </w:pPr>
      <w:r>
        <w:t>資格・専門知識等</w:t>
      </w:r>
    </w:p>
    <w:p>
      <w:r>
        <w:t>［資格名・取得年月／業務に関係する専門知識・使用技術・語学等］</w:t>
      </w:r>
    </w:p>
    <w:p>
      <w:r>
        <w:t>以上</w:t>
      </w:r>
    </w:p>
    <w:p>
      <w:pPr>
        <w:pStyle w:val="Heading1"/>
      </w:pPr>
      <w:r>
        <w:t>記入・提出前の確認（提出時にこの欄を削除）</w:t>
      </w:r>
    </w:p>
    <w:p>
      <w:r>
        <w:t>［ ］を自分の事実に置き換え、不要な欄を削除してください。経歴数に応じてページを増減できます。</w:t>
      </w:r>
    </w:p>
    <w:p>
      <w:r>
        <w:t>成果には対象期間・比較基準を添え、チーム全体の成果と本人の役割を分けます。未確認の数値や担当していない経験は加えません。</w:t>
      </w:r>
    </w:p>
    <w:p>
      <w:r>
        <w:t>顧客名・内部資料・機密情報を記載せず、開示可能な範囲や比率で説明します。</w:t>
      </w:r>
    </w:p>
    <w:p>
      <w:r>
        <w:t>応募先の指定様式・枚数を優先し、保存後に改ページ、空欄、誤字を確認してください。</w:t>
      </w:r>
    </w:p>
    <w:p>
      <w:r>
        <w:t>作成元：ジョブメ「管理職の職務経歴書」</w:t>
        <w:br/>
        <w:t>https://jobmentor.blog/jobchange/manager-resume-achievements/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Noto Sans JP" w:hAnsi="Noto Sans JP" w:eastAsia="Noto Sans JP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0"/>
      <w:outlineLvl w:val="0"/>
    </w:pPr>
    <w:rPr>
      <w:rFonts w:ascii="Noto Sans JP" w:hAnsi="Noto Sans JP" w:eastAsia="Noto Sans JP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Noto Sans JP" w:hAnsi="Noto Sans JP" w:eastAsia="Noto Sans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Noto Sans JP" w:hAnsi="Noto Sans JP" w:eastAsia="Noto Sans JP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